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Procurement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Procurement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“Procurement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fw_procurement_controls. Diagnostic assessment: asm_operational_controls.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