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Transformation Roadmap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