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Payroll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Payroll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“Payroll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fw_payroll_controls.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