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Control Testing Plan Template</w:t>
      </w:r>
    </w:p>
    <w:p>
      <w:r>
        <w:rPr>
          <w:color w:val="5A5A5A"/>
          <w:sz w:val="20"/>
        </w:rPr>
        <w:t>Template · Entitlement: Free · Audience: Boards, auditors, finance, risk &amp; compliance</w:t>
      </w:r>
    </w:p>
    <w:p/>
    <w:p>
      <w:r>
        <w:t>Template — Control Testing Plan Template.</w:t>
      </w:r>
    </w:p>
    <w:p>
      <w:r/>
      <w:r>
        <w:rPr>
          <w:b/>
          <w:color w:val="0B1220"/>
          <w:sz w:val="26"/>
        </w:rPr>
        <w:t>Purpose</w:t>
      </w:r>
    </w:p>
    <w:p>
      <w:r>
        <w:t>This template formalises the organisation's approach to “Control Testing Plan Template”.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fw_monitoring_testing. Diagnostic assessment: asm_internal_control.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