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Procurement Approval Matrix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Procurement Approval Matrix.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“Procurement Approval Matrix”.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fw_procurement_controls. Diagnostic assessment: asm_operational_controls. Advisory service: svc_process_review.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