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Idea-to-Launch Process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