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Value Proposition Canvas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