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Disclosure Policy Template</w:t>
      </w:r>
    </w:p>
    <w:p>
      <w:r>
        <w:t>Outliers Corporate Governance Centre™  ·  Policy</w:t>
      </w:r>
    </w:p>
    <w:p>
      <w:r>
        <w:rPr>
          <w:i/>
        </w:rPr>
        <w:t>Board-ready policy template — Disclosure Policy Template.</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Disclosure Policy Template]</w:t>
            </w:r>
          </w:p>
        </w:tc>
        <w:tc>
          <w:tcPr>
            <w:tcW w:type="dxa" w:w="2880"/>
          </w:tcPr>
          <w:p>
            <w:r>
              <w:t>[Role]</w:t>
            </w:r>
          </w:p>
        </w:tc>
        <w:tc>
          <w:tcPr>
            <w:tcW w:type="dxa" w:w="2880"/>
          </w:tcPr>
          <w:p>
            <w:r>
              <w:t>[YYYY-MM-DD]</w:t>
            </w:r>
          </w:p>
        </w:tc>
      </w:tr>
      <w:tr>
        <w:tc>
          <w:tcPr>
            <w:tcW w:type="dxa" w:w="2880"/>
          </w:tcPr>
          <w:p>
            <w:r>
              <w:t>[Item 2 — tailor to Disclosure Policy Template]</w:t>
            </w:r>
          </w:p>
        </w:tc>
        <w:tc>
          <w:tcPr>
            <w:tcW w:type="dxa" w:w="2880"/>
          </w:tcPr>
          <w:p>
            <w:r>
              <w:t>[Role]</w:t>
            </w:r>
          </w:p>
        </w:tc>
        <w:tc>
          <w:tcPr>
            <w:tcW w:type="dxa" w:w="2880"/>
          </w:tcPr>
          <w:p>
            <w:r>
              <w:t>[YYYY-MM-DD]</w:t>
            </w:r>
          </w:p>
        </w:tc>
      </w:tr>
      <w:tr>
        <w:tc>
          <w:tcPr>
            <w:tcW w:type="dxa" w:w="2880"/>
          </w:tcPr>
          <w:p>
            <w:r>
              <w:t>[Item 3 — tailor to Disclosure Policy Template]</w:t>
            </w:r>
          </w:p>
        </w:tc>
        <w:tc>
          <w:tcPr>
            <w:tcW w:type="dxa" w:w="2880"/>
          </w:tcPr>
          <w:p>
            <w:r>
              <w:t>[Role]</w:t>
            </w:r>
          </w:p>
        </w:tc>
        <w:tc>
          <w:tcPr>
            <w:tcW w:type="dxa" w:w="2880"/>
          </w:tcPr>
          <w:p>
            <w:r>
              <w:t>[YYYY-MM-DD]</w:t>
            </w:r>
          </w:p>
        </w:tc>
      </w:tr>
      <w:tr>
        <w:tc>
          <w:tcPr>
            <w:tcW w:type="dxa" w:w="2880"/>
          </w:tcPr>
          <w:p>
            <w:r>
              <w:t>[Item 4 — tailor to Disclosure Policy Template]</w:t>
            </w:r>
          </w:p>
        </w:tc>
        <w:tc>
          <w:tcPr>
            <w:tcW w:type="dxa" w:w="2880"/>
          </w:tcPr>
          <w:p>
            <w:r>
              <w:t>[Role]</w:t>
            </w:r>
          </w:p>
        </w:tc>
        <w:tc>
          <w:tcPr>
            <w:tcW w:type="dxa" w:w="2880"/>
          </w:tcPr>
          <w:p>
            <w:r>
              <w:t>[YYYY-MM-DD]</w:t>
            </w:r>
          </w:p>
        </w:tc>
      </w:tr>
      <w:tr>
        <w:tc>
          <w:tcPr>
            <w:tcW w:type="dxa" w:w="2880"/>
          </w:tcPr>
          <w:p>
            <w:r>
              <w:t>[Item 5 — tailor to Disclosure Policy Template]</w:t>
            </w:r>
          </w:p>
        </w:tc>
        <w:tc>
          <w:tcPr>
            <w:tcW w:type="dxa" w:w="2880"/>
          </w:tcPr>
          <w:p>
            <w:r>
              <w:t>[Role]</w:t>
            </w:r>
          </w:p>
        </w:tc>
        <w:tc>
          <w:tcPr>
            <w:tcW w:type="dxa" w:w="2880"/>
          </w:tcPr>
          <w:p>
            <w:r>
              <w:t>[YYYY-MM-DD]</w:t>
            </w:r>
          </w:p>
        </w:tc>
      </w:tr>
      <w:tr>
        <w:tc>
          <w:tcPr>
            <w:tcW w:type="dxa" w:w="2880"/>
          </w:tcPr>
          <w:p>
            <w:r>
              <w:t>[Item 6 — tailor to Disclosure Policy Template]</w:t>
            </w:r>
          </w:p>
        </w:tc>
        <w:tc>
          <w:tcPr>
            <w:tcW w:type="dxa" w:w="2880"/>
          </w:tcPr>
          <w:p>
            <w:r>
              <w:t>[Role]</w:t>
            </w:r>
          </w:p>
        </w:tc>
        <w:tc>
          <w:tcPr>
            <w:tcW w:type="dxa" w:w="2880"/>
          </w:tcPr>
          <w:p>
            <w:r>
              <w:t>[YYYY-MM-DD]</w:t>
            </w:r>
          </w:p>
        </w:tc>
      </w:tr>
      <w:tr>
        <w:tc>
          <w:tcPr>
            <w:tcW w:type="dxa" w:w="2880"/>
          </w:tcPr>
          <w:p>
            <w:r>
              <w:t>[Item 7 — tailor to Disclosure Policy Template]</w:t>
            </w:r>
          </w:p>
        </w:tc>
        <w:tc>
          <w:tcPr>
            <w:tcW w:type="dxa" w:w="2880"/>
          </w:tcPr>
          <w:p>
            <w:r>
              <w:t>[Role]</w:t>
            </w:r>
          </w:p>
        </w:tc>
        <w:tc>
          <w:tcPr>
            <w:tcW w:type="dxa" w:w="2880"/>
          </w:tcPr>
          <w:p>
            <w:r>
              <w:t>[YYYY-MM-DD]</w:t>
            </w:r>
          </w:p>
        </w:tc>
      </w:tr>
      <w:tr>
        <w:tc>
          <w:tcPr>
            <w:tcW w:type="dxa" w:w="2880"/>
          </w:tcPr>
          <w:p>
            <w:r>
              <w:t>[Item 8 — tailor to Disclosure Policy Template]</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