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Delegation of Authority Matrix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Delegation of Authority Matrix.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“Delegation of Authority Matrix”.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fw_governance_controls. Diagnostic assessment: asm_governance_controls. Advisory service: svc_control_design.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