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Access Management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Access Management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“Access Management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fw_itgc. Diagnostic assessment: asm_itgc. Advisory service: svc_it_controls.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