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Value Driver Tree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