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Strategy on a Page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