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Strategic Objectives &amp; OKR Template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