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Positioning Canvas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