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Strategy Review Meeting Pack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Professional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