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Operating Model Canvas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