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Strategy Map Template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